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24.09.2013 по делу № А27-22078/2012 Арбитражного суда Кемеровской области отменить. Решение Арбитражного суда Кемеровской области от 18.03.2013 и постановление Седьмого арбитражного апелляционного суда от 10.06.2013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