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Ханты-Мансийского автономного округа – Югры от 03.06.2013 по делу № А75-2632/2013 и постановление Восьмого арбитражного апелляционного суда от 06.09.2013 по тому же делу отменить. Заявление общества с ограниченной ответственностью «Управляющая компания «ЮганскСевер» удовлетворить. Постановление Отдела Государственной инспекции безопасности дорожного движения Отдела Министерства внутренних дел Российской Федерации по городу Нефтеюганску от 23.03.2013 о привлечении общества с ограниченной ответственностью «Управляющая компания «ЮганскСевер» к административной ответственности за совершение правонарушения, предусмотренного статьей 12.34 Кодекса Российской Федерации об административных правонарушениях, признать незаконным и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