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Пятнадцатого арбитражного апелляционного суда от 05.10.2012 и постановление Федерального арбитражного суда Северо- Кавказского округа от 24.01.2013 по делу № А32-42127/2011 Арбитражного суда Краснодарского края отменить. Решение Арбитражного суда Краснодарского края от 26.06.2012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