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Западно- Сибирского округа от 25.03.2013 по делу № А75-6424/2012 Арбитражного суда Ханты-Мансийского автономного округа – Югры отменить. Решение Арбитражного суда Ханты-Мансийского автономного округа – Югры от 19.09.2012 и постановление Восьмого арбитражного 10 апелляционного суда от 06.12.2012 по тому же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