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20.06.2013 по делу № А73-16475/2012 Арбитражного суда Хабаровского края отменить. Решение Арбитражного суда Хабаровского края от 06.03.2013 по указанному делу оставить без изменения.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