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постановление Федерального арбитражного суда Восточно- Сибирского округа от 21.02.2013 по делу № А78-7619/2010 Арбитражного суда Забайкальского края отменить. Определение Арбитражного суда Забайкальского края от 23.10.2012 и постановление Четвертого арбитражного апелляционного суда от 13.12.2012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