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20.08.2012 по делу № А51-13330/2012, постановление Пятого арбитражного апелляционного суда от 22.11.2012 и постановление Федерального арбитражного суда Дальневосточного округа от 11.03.2013 по тому же делу отменить. Решение Уссурийской таможни от 19.04.2012 № 10716000-20-08/63 о классификации товара в соответствии с кодом Товарной номенклатурой внешнеэкономической деятельности Таможенного союза 7310 29 900 0 признать незаконным и отменить. Председательствующий В.Л. Слесарев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