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Девятнадцатого арбитражного апелляционного суда от 11.12.2012 по делу № А64-7845/2012 Арбитражного суда Тамбовской области отменить. Определение Арбитражного суда Тамбовской области от 14.11.2012 по тому же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