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28.03.2013 по делу № А65-21481/2012 Арбитражного суда Республики Татарстан отменить. Дело направить на новое рассмотрение в Федеральный арбитражный суд Поволжского округа.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