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15.10.2012 по делу № А65-15588/2012 и постановление Одиннадцатого арбитражного апелляционного суда от 26.12.2012 по тому же делу отменить. 5 В удовлетворении заявления открытого акционерного общества «Татэнергосбыт» о признании незаконным и отмене постановления Управления Федеральной службы по надзору в сфере защиты прав потребителей и благополучия человека по Республике Татарстан от 24.05.2012 № 62б (з) о привлечении к административной ответственности, предусмотренной частью 2 статьи 14.8 Кодекса Российской Федерации об административных правонарушениях, отказать.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