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Тверской области от 21.09.2012 по делу № А66-9493/2012 и постановление Четырнадцатого арбитражного апелляционного суда от 13.11.2012 по тому же делу отменить. 6 Требование муниципального унитарного предприятия «Тверь- Общежития» удовлетворить. Постановление Главного управления «Государственная жилищная инспекция» Тверской области от 27.07.2012 № 1691/967-н(г/л) о привлечении предприятия к административной ответственности, предусмотренной статьей 7.22 Кодекса Российской Федерации об административных правонарушениях, признать незаконным и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