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Северо-Западного округа от 08.11.2012 по делу № А56-72242/2011 Арбитражного суда города Санкт-Петербурга и Ленинградской области оставить без изменения. Заявления Территориального управления Федерального агентства по управлению государственным имуществом в городе Санкт-Петербурге и федерального государственного унитарного предприятия «Электронные торги и безопасность»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