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6 постановление Семнадцатого арбитражного апелляционного суда от 29.08.2012 по делу № А71-6433/2012 Арбитражного суда Удмуртской Республики отменить. Решение Арбитражного суда Удмуртской Республики от 18.06.2012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