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arbitration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июня 2012 года</w:t>
      </w:r>
    </w:p>
    <w:p>
      <w:pPr>
        <w:spacing w:before="200" w:after="300"/>
        <w:pBdr>
          <w:bottom w:val="single" w:sz="6" w:space="1" w:color="000000"/>
        </w:pBdr>
      </w:pP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 Арбитражного суда города Москвы от 21.06.2012 по делу № А40-57217/12-56-534 и постановление Федерального арбитражного суда Московского округа от 03.10.2012 по тому же делу оставить без изменения. Заявление открытого акционерного общества «Федеральная сетевая компания Единой энергетической системы» оставить без удовлетворения. Председательствующий А.А. Иванов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