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statistics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янва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