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Четырнадцатого арбитражного апелляционного суда от 16.07.2012 и постановление Федерального арбитражного суда Северо-Западного округа от 11.09.2012 по делу № А05-5696/2011 Арбитражного суда Архангельской области отменить. Решение Арбитражного суда Архангельской области от 27.04.2012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