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06.07.2012 по делу № А70-11038/2010 Арбитражного суда Тюменской области отменить. Постановление Восьмого арбитражного апелляционного суда от 23.04.2012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