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Восьмого арбитражного апелляционного суда от 07.08.2012 по делу по делу № А75-10314/2011 Арбитражного суда Ханты-Мансийского автономного округа – Югры отменить. Решение Арбитражного суда Ханты-Мансийского автономного округа – Югры от 13.02.2012 по указанному делу оставить без изменения.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