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индивидуального предпринимателя Залукаевой О.А. о пересмотре в порядке надзора решения Арбитражного суда Ярославской области от 19.04.2011 по делу № А82-9374/2010-18, постановления Второго арбитражного апелляционного суда от 28.07.2011 и постановления Федерального арбитражного суда Волго-Вятского округа от 25.10.2011 по тому же делу.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В заседании приняли участие представители: от заявителя – индивидуального предпринимателя Залукаевой О.А. – Дубова К.Ю.; от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Ярославской области от 19.04.2011 по делу № А82-9374/2010-18, постановление Второго арбитражного апелляционного суда от 28.07.2011 и постановление Федерального 7 арбитражного суда Волго-Вятского округа от 25.10.2011 по тому же делу отменить. Признать незаконными действия администрации городского округа город Рыбинск Ярославской области, выраженные в письме от 15.10.2010 № 1266-26, об отказе индивидуальному предпринимателю Залукаевой О.А. в реализации преимущественного права на приобретение арендуемого нежилого помещения общей площадью 36 кв. метров, расположенного по адресу: Ярославская обл., г. Рыбинск, пр. Ленина, д. 184. Обязать администрацию городского округа город Рыбинск Ярославской области заключить с индивидуальным предпринимателем Залукаевой О.А. договор купли-продажи указанного помещения в установленном порядке и сроки. Председательствующий А.А.Иванов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