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Новосибирской области от 11.07.2011 по делу № А45-7548/2011, постановление Седьмого арбитражного апелляционного суда от 07.10.2011 и постановление Федерального арбитражного суда Западно-Сибирского округа от 01.02.2012 по тому же делу в части отказа в удовлетворении исковых требований о признании права федеральной собственности и права оперативного управления федерального бюджетного учреждения здравоохранения «Центр гигиены и эпидемиологии по железнодорожному транспорту» в лице Западно- Сибирского Дорожного филиала на нежилые помещения площадью 7 4 437,5 кв. метра, находящиеся в здании, расположенном по адресу: г. Новосибирск, ул. Саратовская, 13, отменить. Производство по названному делу в отмененной части прекратить. В остальной части указанные судебные акты оставить без изменения. Председательствующий А.А. Иванов 8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