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26.03.2012 по делу № А34-3078/2011 Арбитражного суда Курганской области отменить. Решение Арбитражного суда Курганской области от 02.11.2011 и постановление Восемнадцатого арбитражного апелляционного суда от 12.12.2011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