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Оренбургской области от 01.07.2011 по делу № А47-4040/2010, постановление Восемнадцатого арбитражного апелляционного суда от 08.09.2011 и постановление Федерального арбитражного суда Уральского округа от 12.01.2012 по тому же делу в части отказа акционерному обществу «Национальная компания «Казакстан Темiр Жолы» в лице филиала «Илецкий железнодорожный участок» в 9 признании недействительным решения Межрайонной инспекции Федеральной налоговой службы № 5 по Оренбургской области от 10.03.2009 № 96 об отказе в привлечении к ответственности за совершение налогового правонарушения отменить. Дело в отмененной части передать на новое рассмотрение в Арбитражный суд Оренбургской области. В остальной части указанные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