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Поволжского округа от 14.10.2011 по делу № А65-11008/2010 Арбитражного суда Республики Татарстан отменить. Решение Арбитражного суда Республики Татарстан от 14.04.2011 и постановление Одиннадцатого арбитражного апелляционного суда от 09.06.2011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