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Республики Татарстан от 07.06.2011 по делу № А65-6649/2011 и постановление Одиннадцатого арбитражного апелляционного суда от 09.08.2011 по тому же делу отменить. Требование общества с ограниченной ответственностью «Толледо» удовлетворить. Постановление Территориального управления Федеральной службы финансово-бюджетного надзора в Республике Татарстан от 10.03.2011 № 113В/2011П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