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20.01.2011 по делу № А60-41550/2010-С4, постановление Семнадцатого арбитражного апелляционного суда от 06.04.2011 и постановление Федерального арбитражного суда Уральского округа от 20.07.2011 по тому же делу отменить. Признать недействительным договор купли-продажи недвижимости от 08.06.2004, заключенный между открытым акционерным обществом «Уральский приборостроительный завод» и Бобиной Юлией Андреевной. Применить последствия недействительности договора купли- продажи недвижимости от 08.06.2004. Обязать Бобину Юлию Андреевну возвратить открытому акционерному обществу «Уральский приборостроительный завод» следующие объекты недвижимости: гостевой комплекс, литер А, назначение: нежилое, общей площадью 231,2 кв. метра, условный номер 66:19/01:14:53:00:10, расположенный по адресу: Свердловская обл., Сысертский р-н, юго-западнее п. Верхняя Сысерть, 1; столовую, литер Б, назначение: нежилое, общей площадью 243 кв. метра, условный номер 66:19/01:14:53:00:07, расположенную по адресу: Свердловская обл., Сысертский р-н, юго-западнее п. Верхняя Сысерть, 2; прачечную и сауну, литер В, назначение: нежилое, общей площадью 181,6 кв. метра, условный номер 66:19/01:14:53:00:05, расположенные по адресу: Свердловская обл., Сысертский р-н, юго-западнее п. Верхняя Сысерть, 7; здание, литер Д, назначение: нежилое, общей площадью 271,7 кв. метра, условный номер 66:19/01:14:53:00:03, расположенное по 11 адресу: Свердловская обл., Сысертский р-н, база отдыха «Салют», в 1,3 км западнее р.п. Верхняя Сысерть; нежилое здание, литер Е, назначение: нежилое, общей площадью 262,9 кв. метра, условный номер 66:19/01:14:53:00:06, расположенное по адресу: Свердловская обл., Сысертский р-н, юго-западнее п. Верхняя Сысерть, 6; административный корпус, литер У, назначение: нежилое, общей площадью 345,3 кв. метра, условный номер 66:19/01:14:53:00:04, расположенный по адресу: Свердловская обл., Сысертский р-н, юго-западнее п. Верхняя Сысерть, 3. Обязать открытое акционерное общество «Уральский приборостроительный завод» возвратить Бобиной Юлии Андреевне денежные средства в сумме 1 622 625 рублей 8 копеек. Председательствующий А.А. Иванов 12 РЕЗЮМЕ по делу № 14613/11 Для целей применения положений пункта 1 статьи 81 Федерального закона от 26.12.1995 № 208-ФЗ «Об акционерных обществах» статус индивидуального предпринимателя или занятие предпринимательской деятельностью не требуются ни для физических лиц, по отношению к которым устанавливаются аффилированные лица, ни для самих аффилированных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