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января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Северо-Западного округа от 22.09.2011 по делу № А56-13787/2011 Арбитражного суда города Санкт-Петербурга и Ленинградской области отменить. Постановление Тринадцатого арбитражного апелляционного суда от 10.06.2011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