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03.06.2011, постановление Федерального арбитражного суда Северо- Западного округа от 22.09.2011 по делу № А26-5295/2010 Арбитражного суда Республики Карелия отменить. Решение Арбитражного суда Республики Карелия от 09.11.2010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