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Карелия от 18.10.2010 по делу № А26-6247/2010, постановление Тринадцатого арбитражного апелляционного суда от 02.03.2011 и постановление Федерального арбитражного суда Северо-Западного округа от 14.06.2011 по тому же делу отменить. Передать дело на новое рассмотрение в Арбитражный суд Республики Карелия.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