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05.03.2011 и постановление Федерального арбитражного суда Северо- Кавказского округа от 11.05.2011 по делу № А53-24417/2008 Арбитражного суда Ростовской области отменить. Решение Арбитражного суда Ростовской области от 13.11.2010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