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Хабаровского края от 23.11.2010 по делу № А73-10207/2010, постановление Шестого арбитражного апелляционного суда от 31.01.2011 и постановление Федерального арбитражного суда Дальневосточного округа от 11.05.2011 по тому же делу отменить. Индивидуальному предпринимателю Ходжер О.Н. в удовлетворении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