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Территориального управления Федерального агентства по управлению государственным имуществом в Республике Адыгея о пересмотре в порядке надзора решения Арбитражного суда Республики Адыгея от 01.07.2010 по делу № А01-1478/2009, постановления Пятнадцатого арбитражного апелляционного суда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16.08.2010 и постановления Федерального арбитражного суда Северо- Кавказского округа от 03.03.2011 по тому же делу. В заседании приняли участие представители: от заявителя – Территориального управления Федерального агентства по управлению государственным имуществом в Республике Адыгея – Полуэктова И.А.; от открытого акционерного общества «Конзавод «Адыгейский» – Сиюхов Р.А. Заслушав и обсудив доклад судьи Борисовой Е.Е. и объяснения представителей участвующих в деле лиц, Президиум установил следующее. Открытое акционерное общество «Конзавод «Адыгейский» (далее – общество) обратилось в Арбитражный суд Республики Адыгея с заявлением к Территориальному управлению Федерального агентства по управлению государственным имуществом по Республике Адыгея (далее – управление) о признании незаконным отказа в переоформлении права постоянного бессрочного пользования на следующие земельные участки: площадью 4 021 129 кв. метров, расположенный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решение Арбитражного суда Республики Адыгея от 01.07.2010 по делу № А01-1478/2009, постановление Пятнадцатого арбитражного апелляционного суда от 16.08.2010 и постановление Федерального арбитражного суда Северо-Кавказского округа от 03.03.2011 по тому же делу отменить. Дело направить на новое рассмотрение в Арбитражный суд Республики Адыгеи.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