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Северо-Западного округа от 04.03.2011 по делу № А21-2904/2010 Арбитражного суда Калининградской области отменить. 7 Решение Арбитражного суда Калининградской области от 26.07.2010 и постановление Тринадцатого арбитражного апелляционного суда от 15.11.2010 по тому же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