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Тринадцатого арбитражного апелляционного суда от 29.10.2010 и постановление Федерального арбитражного суда Северо- Западного округа от 20.01.2011 по делу № А21-2952/2010 Арбитражного суда Калининградской области отменить. Решение Арбитражного суда Калининградской области от 12.08.2010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