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Шестнадцатого арбитражного апелляционного суда от 11.11.2010 и постановление Федерального арбитражного суда Северо- Кавказского округа от 31.01.2011 по делу № А63-5034/2010 Арбитражного суда Ставропольского края отменить. Решение Арбитражного суда Ставропольского края от 04.08.2010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