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16.03.2010 по делу № А56-6656/2010, 7 постановление Тринадцатого арбитражного апелляционного суда от 07.07.2010 и постановление Федерального арбитражного суда Северо- Западного округа от 25.10.2010 по тому же делу отменить. Гражданам Егоровой Н.Н., Киму А.К. и Королеву Ю.О. в удовлетворении иска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