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Кемеровской области от 13.04.2010 по делу № А27-2743/2010, постановление Седьмого арбитражного апелляционного суда от 02.07.2010 и постановление Федерального арбитражного суда Западно-Сибирского округа от 08.10.2010 по тому же делу оставить без изменения. Заявление Государственного учреждения – Кузбасского регионального отделения Фонда социального страхования Российской Федерации (филиал № 2) оставить без удовлетворения. Председательствующий В.Н. Исайчев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