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09.08.2010 по делу № А56-33084/2010 и постановление Тринадцатого арбитражного апелляционного суда от 12.11.2010 по тому же делу отменить. Государственному образовательному учреждению высшего профессионального образования «Санкт-Петербургский государственный медицинский университет имени академика И.П. Павлова Федерального агентства по здравоохранению и социальному развитию» в удовлетворении заявления об отмене решения Федеральной службы 8 финансово-бюджетного надзора от 02.10.2009 № 43-00-09/263Р, принятого по жалобе учреждения на постановление Территориального управления Федеральной службы финансово-бюджетного надзора в городе Санкт-Петербурге от 27.05.2009 № 667,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