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8 постановление Федерального арбитражного суда Восточно- Сибирского округа от 25.10.2010 по делу № А58-4038/2010 Арбитражного суда Республики Саха (Якутия) отменить. Решение Арбитражного суда Республики Саха (Якутия) от 06.07.2010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