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Саратовской области от 11.02.2010 по делу № А57-23137/08-220, постановление Двенадцатого арбитражного апелляционного суда от 14.05.2010 и постановление Федерального арбитражного суда Поволжского округа от 11.08.2010 по тому же делу отменить. Иск Комитета по управлению имуществом города Саратова удовлетворить. 5 Выселить общество с ограниченной ответственностью «Россия» из нежилых помещений общей площадью 972, 66 кв. метра, расположенных по адресу: г. Саратов, просп. Кирова, д. 18. Поручить Арбитражному суду Саратовской области выдать соответствующий исполнительный лист. Председательствующий А.А. Иванов 6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