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28.07.2010 по делу № А62-8552/2009 Арбитражного суда Смоленской области отменить. Решение Арбитражного суда Смоленской области от 24.03.2010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