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Одиннадцатого арбитражного апелляционного суда от 03.09.2010 по делу по делу № А72-18405/2009 Арбитражного суда Ульяновской области отменить. Решение Арбитражного суда Ульяновской области от 30.06.2010 по данному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