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Саратовской области от 16.04.2010 по делу № А57-11/2009, постановление Двенадцатого арбитражного апелляционного суда от 27.05.2010 и постановление Федерального арбитражного суда Поволжского округа от 06.08.2010 по тому же делу отменить. Признать незаконным отказ от заключения с открытым акционерным обществом «Саратовский комбинат хлебопродуктов» договора купли- продажи нежилого здания общей площадью 3 213,3 кв. метра (литера «Б»), расположенного по адресу: г. Саратов, ул. Набережная, д. 18. Дело в части требования об обязании заключить договор купли- продажи указанного недвижимого имущества на условиях представленного проекта договора передать на новое рассмотрение в Арбитражный суд Саратовской области. Председательствующий А.А. Иванов 10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