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Одиннадцатого арбитражного апелляционного суда от 30.04.2010 и постановление Федерального арбитражного суда Поволжского округа от 06.08.2010 по делу № А65-798/2010-СА1-7-23 Арбитражного суда Республики Татарстан отменить. Решение Арбитражного суда Республики Татарстан от 18.02.2010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