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Архангельской области от 26.04.2010 по делу № А05-1357/2010 и постановление Федерального арбитражного суда Северо-Западного округа от 20.08.2010 по тому же делу отменить. Дело передать на новое рассмотрение в Арбитражный суд Архангельской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