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Четырнадцатого арбитражного апелляционного суда от 26.01.2010 и постановление Федерального арбитражного суда Северо-Западного округа от 11.05.2010 по делу № А05-7314/2008 Арбитражного суда Архангельской области оставить без изменения. Заявление Межрайонной инспекции Федеральной налоговой службы № 4 по Архангельской области и Ненецкому автономному округу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