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Северо-Кавказского округа от 30.07.2010 по делу № А63-18381/2009 Арбитражного суда Ставропольского края отменить. Решение Арбитражного суда Ставропольского края от 15.02.2010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