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27.08.2010 по делу № А15-564/2010 Арбитражного суда Республики Дагестан отменить. Дело направить на новое рассмотрение в Федеральный арбитражный суд Северо-Кавказского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