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Магаданской области от 24.02.2010 по делу № А37-3401/2009, постановление Шестого арбитражного апелляционного суда от 26.04.2010 и постановление Федерального арбитражного суда Дальневосточного округа от 25.06.2010 по тому же делу отменить. Дело направить в Арбитражный суд Магаданской области для рассмотрения заявления муниципального унитарного предприятия 7 муниципального образования «Поселок Ола» «Ола-Электротеплосеть»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