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Пятнадцатого арбитражного апелляционного суда от 25.03.2010 и постановление Федерального арбитражного суда Северо- Кавказского округа от 18.06.2010 по делу № А32-24835/2008-10/293 Арбитражного суда Краснодарского края отменить. Решение Арбитражного суда Краснодарского края от 28.10.2009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