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Башкортостан от 16.12.2009 по делу № А07-22553/2009 и постановление Федерального арбитражного суда Уральского округа от 27.04.2010 по тому же делу отменить. 7 В удовлетворении иска открытого акционерного общества «Российский сельскохозяйственный банк» в лице Башкирского регионального филиала отказать.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